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FD6CED" w:rsidRPr="00FD6CED" w:rsidRDefault="00FD6CED" w:rsidP="00FD6CED">
      <w:pPr>
        <w:spacing w:line="480" w:lineRule="auto"/>
      </w:pPr>
    </w:p>
    <w:p w:rsidR="00FD6CED" w:rsidRPr="00FD6CED" w:rsidRDefault="00FD6CED" w:rsidP="00FC5BD1">
      <w:pPr>
        <w:spacing w:after="0" w:line="276" w:lineRule="auto"/>
        <w:jc w:val="center"/>
        <w:rPr>
          <w:b/>
          <w:bCs/>
        </w:rPr>
      </w:pPr>
      <w:r w:rsidRPr="00FD6CED">
        <w:rPr>
          <w:b/>
          <w:bCs/>
        </w:rPr>
        <w:t>Main Title</w:t>
      </w:r>
    </w:p>
    <w:p w:rsidR="00FD6CED" w:rsidRPr="00FD6CED" w:rsidRDefault="00FD6CED" w:rsidP="00FC5BD1">
      <w:pPr>
        <w:spacing w:after="240" w:line="480" w:lineRule="auto"/>
        <w:jc w:val="center"/>
        <w:rPr>
          <w:lang w:val="en-GB"/>
        </w:rPr>
      </w:pPr>
      <w:r w:rsidRPr="00FD6CED">
        <w:rPr>
          <w:b/>
          <w:bCs/>
        </w:rPr>
        <w:t>Subtitle</w:t>
      </w:r>
    </w:p>
    <w:p w:rsidR="00FD6CED" w:rsidRPr="00FD6CED" w:rsidRDefault="00FD6CED" w:rsidP="00FD6CED">
      <w:pPr>
        <w:spacing w:after="0"/>
        <w:rPr>
          <w:b/>
          <w:bCs/>
          <w:i/>
          <w:iCs/>
        </w:rPr>
      </w:pPr>
      <w:r w:rsidRPr="00FD6CED">
        <w:rPr>
          <w:b/>
          <w:bCs/>
          <w:i/>
          <w:iCs/>
          <w:lang w:val="en-GB"/>
        </w:rPr>
        <w:t>First Author</w:t>
      </w:r>
      <w:r w:rsidRPr="00FD6CED">
        <w:rPr>
          <w:b/>
          <w:bCs/>
          <w:i/>
          <w:iCs/>
          <w:vertAlign w:val="superscript"/>
        </w:rPr>
        <w:footnoteReference w:id="1"/>
      </w:r>
      <w:r w:rsidR="005D73B0">
        <w:rPr>
          <w:b/>
          <w:bCs/>
          <w:i/>
          <w:iCs/>
          <w:lang w:val="en-GB"/>
        </w:rPr>
        <w:t>*</w:t>
      </w:r>
      <w:r w:rsidRPr="00FD6CED">
        <w:rPr>
          <w:b/>
          <w:bCs/>
          <w:i/>
          <w:iCs/>
        </w:rPr>
        <w:t>, Second Author</w:t>
      </w:r>
      <w:r w:rsidRPr="00FD6CED">
        <w:rPr>
          <w:b/>
          <w:bCs/>
          <w:i/>
          <w:iCs/>
          <w:vertAlign w:val="superscript"/>
        </w:rPr>
        <w:t>2</w:t>
      </w:r>
      <w:r w:rsidRPr="00FD6CED">
        <w:rPr>
          <w:b/>
          <w:bCs/>
          <w:i/>
          <w:iCs/>
        </w:rPr>
        <w:t>, …, and Last Author</w:t>
      </w:r>
      <w:r w:rsidRPr="00FD6CED">
        <w:rPr>
          <w:b/>
          <w:bCs/>
          <w:i/>
          <w:iCs/>
          <w:vertAlign w:val="superscript"/>
        </w:rPr>
        <w:t>2</w:t>
      </w:r>
    </w:p>
    <w:p w:rsidR="00FD6CED" w:rsidRPr="00FD6CED" w:rsidRDefault="00FD6CED" w:rsidP="00FD6CED">
      <w:pPr>
        <w:spacing w:after="0"/>
        <w:rPr>
          <w:i/>
          <w:iCs/>
        </w:rPr>
      </w:pPr>
      <w:r w:rsidRPr="00FD6CED">
        <w:rPr>
          <w:i/>
          <w:iCs/>
          <w:vertAlign w:val="superscript"/>
        </w:rPr>
        <w:t>1</w:t>
      </w:r>
      <w:r w:rsidRPr="00FD6CED">
        <w:rPr>
          <w:i/>
          <w:iCs/>
        </w:rPr>
        <w:t xml:space="preserve"> </w:t>
      </w:r>
      <w:r>
        <w:rPr>
          <w:i/>
          <w:iCs/>
        </w:rPr>
        <w:t>Sustainable</w:t>
      </w:r>
      <w:r w:rsidRPr="00FD6CED">
        <w:rPr>
          <w:i/>
          <w:iCs/>
        </w:rPr>
        <w:t xml:space="preserve"> University, </w:t>
      </w:r>
      <w:r>
        <w:rPr>
          <w:i/>
          <w:iCs/>
        </w:rPr>
        <w:t>Vancouver</w:t>
      </w:r>
      <w:r w:rsidRPr="00FD6CED">
        <w:rPr>
          <w:i/>
          <w:iCs/>
        </w:rPr>
        <w:t xml:space="preserve">, </w:t>
      </w:r>
      <w:r>
        <w:rPr>
          <w:i/>
          <w:iCs/>
        </w:rPr>
        <w:t>Canada</w:t>
      </w:r>
      <w:r w:rsidRPr="00FD6CED">
        <w:rPr>
          <w:i/>
          <w:iCs/>
        </w:rPr>
        <w:t xml:space="preserve"> (first-author@</w:t>
      </w:r>
      <w:r>
        <w:rPr>
          <w:i/>
          <w:iCs/>
        </w:rPr>
        <w:t>email</w:t>
      </w:r>
      <w:r w:rsidRPr="00FD6CED">
        <w:rPr>
          <w:i/>
          <w:iCs/>
        </w:rPr>
        <w:t>.</w:t>
      </w:r>
      <w:r>
        <w:rPr>
          <w:i/>
          <w:iCs/>
        </w:rPr>
        <w:t>edu</w:t>
      </w:r>
      <w:r w:rsidRPr="00FD6CED">
        <w:rPr>
          <w:i/>
          <w:iCs/>
        </w:rPr>
        <w:t>)</w:t>
      </w:r>
    </w:p>
    <w:p w:rsidR="00FD6CED" w:rsidRPr="00FD6CED" w:rsidRDefault="00FD6CED" w:rsidP="00FD6CED">
      <w:pPr>
        <w:spacing w:after="0"/>
        <w:rPr>
          <w:i/>
          <w:iCs/>
        </w:rPr>
      </w:pPr>
      <w:r w:rsidRPr="00FD6CED">
        <w:rPr>
          <w:i/>
          <w:iCs/>
          <w:vertAlign w:val="superscript"/>
        </w:rPr>
        <w:t>2</w:t>
      </w:r>
      <w:r w:rsidRPr="00FD6CED">
        <w:rPr>
          <w:i/>
          <w:iCs/>
        </w:rPr>
        <w:t xml:space="preserve"> University of the </w:t>
      </w:r>
      <w:r>
        <w:rPr>
          <w:i/>
          <w:iCs/>
        </w:rPr>
        <w:t>Example</w:t>
      </w:r>
      <w:r w:rsidRPr="00FD6CED">
        <w:rPr>
          <w:i/>
          <w:iCs/>
        </w:rPr>
        <w:t xml:space="preserve">, </w:t>
      </w:r>
      <w:r>
        <w:rPr>
          <w:i/>
          <w:iCs/>
        </w:rPr>
        <w:t>Los Angles</w:t>
      </w:r>
      <w:r w:rsidRPr="00FD6CED">
        <w:rPr>
          <w:i/>
          <w:iCs/>
        </w:rPr>
        <w:t xml:space="preserve">, </w:t>
      </w:r>
      <w:r>
        <w:rPr>
          <w:i/>
          <w:iCs/>
        </w:rPr>
        <w:t>USA</w:t>
      </w:r>
      <w:r w:rsidRPr="00FD6CED">
        <w:rPr>
          <w:i/>
          <w:iCs/>
        </w:rPr>
        <w:t xml:space="preserve"> (</w:t>
      </w:r>
      <w:proofErr w:type="spellStart"/>
      <w:r w:rsidRPr="00FD6CED">
        <w:rPr>
          <w:i/>
          <w:iCs/>
        </w:rPr>
        <w:t>second-authro@</w:t>
      </w:r>
      <w:r>
        <w:rPr>
          <w:i/>
          <w:iCs/>
        </w:rPr>
        <w:t>email</w:t>
      </w:r>
      <w:r w:rsidRPr="00FD6CED">
        <w:rPr>
          <w:i/>
          <w:iCs/>
        </w:rPr>
        <w:t>.</w:t>
      </w:r>
      <w:r>
        <w:rPr>
          <w:i/>
          <w:iCs/>
        </w:rPr>
        <w:t>come</w:t>
      </w:r>
      <w:proofErr w:type="spellEnd"/>
      <w:r w:rsidRPr="00FD6CED">
        <w:rPr>
          <w:i/>
          <w:iCs/>
        </w:rPr>
        <w:t>, …, last-author@</w:t>
      </w:r>
      <w:r>
        <w:rPr>
          <w:i/>
          <w:iCs/>
        </w:rPr>
        <w:t>email</w:t>
      </w:r>
      <w:r w:rsidRPr="00FD6CED">
        <w:rPr>
          <w:i/>
          <w:iCs/>
        </w:rPr>
        <w:t>.</w:t>
      </w:r>
      <w:r>
        <w:rPr>
          <w:i/>
          <w:iCs/>
        </w:rPr>
        <w:t>org</w:t>
      </w:r>
      <w:r w:rsidRPr="00FD6CED">
        <w:rPr>
          <w:i/>
          <w:iCs/>
        </w:rPr>
        <w:t>)</w:t>
      </w:r>
    </w:p>
    <w:p w:rsidR="00FD6CED" w:rsidRPr="00FD6CED" w:rsidRDefault="00FD6CED" w:rsidP="00FD6CED">
      <w:pPr>
        <w:spacing w:line="480" w:lineRule="auto"/>
        <w:rPr>
          <w:lang w:val="fr-FR"/>
        </w:rPr>
      </w:pPr>
      <w:r w:rsidRPr="00FD6CED">
        <w:rPr>
          <w:iCs/>
          <w:lang w:val="fr-FR"/>
        </w:rPr>
        <w:t xml:space="preserve"> </w:t>
      </w:r>
    </w:p>
    <w:p w:rsidR="00FD6CED" w:rsidRPr="00FD6CED" w:rsidRDefault="00FD6CED" w:rsidP="00FD6CED">
      <w:pPr>
        <w:spacing w:line="480" w:lineRule="auto"/>
        <w:rPr>
          <w:b/>
          <w:bCs/>
          <w:lang w:val="fr-FR"/>
        </w:rPr>
      </w:pPr>
      <w:r w:rsidRPr="00FD6CED">
        <w:rPr>
          <w:b/>
          <w:bCs/>
          <w:lang w:val="fr-FR"/>
        </w:rPr>
        <w:t>Abstract</w:t>
      </w:r>
    </w:p>
    <w:p w:rsidR="00FD6CED" w:rsidRPr="00FD6CED" w:rsidRDefault="00FD6CED" w:rsidP="00FD6CED">
      <w:r w:rsidRPr="00FD6CED">
        <w:t xml:space="preserve">The abstract should fit within </w:t>
      </w:r>
      <w:r w:rsidRPr="00FD6CED">
        <w:rPr>
          <w:b/>
          <w:bCs/>
        </w:rPr>
        <w:t>one page</w:t>
      </w:r>
      <w:r w:rsidRPr="00FD6CED">
        <w:t xml:space="preserve"> (maximum </w:t>
      </w:r>
      <w:r w:rsidRPr="00FD6CED">
        <w:rPr>
          <w:b/>
          <w:bCs/>
        </w:rPr>
        <w:t>400 words</w:t>
      </w:r>
      <w:r w:rsidRPr="00FD6CED">
        <w:t>, excluding figures and references). Authors are strongly encouraged to structure the abstract as follows:</w:t>
      </w:r>
    </w:p>
    <w:p w:rsidR="00FD6CED" w:rsidRPr="00FD6CED" w:rsidRDefault="00FD6CED" w:rsidP="00FD6CED">
      <w:pPr>
        <w:pStyle w:val="ListParagraph"/>
        <w:numPr>
          <w:ilvl w:val="0"/>
          <w:numId w:val="14"/>
        </w:numPr>
      </w:pPr>
      <w:r w:rsidRPr="00FD6CED">
        <w:t>Subject of the study</w:t>
      </w:r>
    </w:p>
    <w:p w:rsidR="00FD6CED" w:rsidRPr="00FD6CED" w:rsidRDefault="00FD6CED" w:rsidP="00FD6CED">
      <w:pPr>
        <w:pStyle w:val="ListParagraph"/>
        <w:numPr>
          <w:ilvl w:val="0"/>
          <w:numId w:val="14"/>
        </w:numPr>
      </w:pPr>
      <w:r w:rsidRPr="00FD6CED">
        <w:t>Research significance and rationale</w:t>
      </w:r>
    </w:p>
    <w:p w:rsidR="00FD6CED" w:rsidRPr="00FD6CED" w:rsidRDefault="00FD6CED" w:rsidP="00FD6CED">
      <w:pPr>
        <w:pStyle w:val="ListParagraph"/>
        <w:numPr>
          <w:ilvl w:val="0"/>
          <w:numId w:val="14"/>
        </w:numPr>
      </w:pPr>
      <w:r w:rsidRPr="00FD6CED">
        <w:t>Objectives of the research</w:t>
      </w:r>
    </w:p>
    <w:p w:rsidR="00FD6CED" w:rsidRPr="00FD6CED" w:rsidRDefault="00FD6CED" w:rsidP="00FD6CED">
      <w:pPr>
        <w:pStyle w:val="ListParagraph"/>
        <w:numPr>
          <w:ilvl w:val="0"/>
          <w:numId w:val="14"/>
        </w:numPr>
      </w:pPr>
      <w:r w:rsidRPr="00FD6CED">
        <w:t>Problem statement and methodology</w:t>
      </w:r>
    </w:p>
    <w:p w:rsidR="00FD6CED" w:rsidRPr="00FD6CED" w:rsidRDefault="00FD6CED" w:rsidP="00FD6CED">
      <w:pPr>
        <w:pStyle w:val="ListParagraph"/>
        <w:numPr>
          <w:ilvl w:val="0"/>
          <w:numId w:val="14"/>
        </w:numPr>
      </w:pPr>
      <w:r w:rsidRPr="00FD6CED">
        <w:t>Key findings or main results</w:t>
      </w:r>
    </w:p>
    <w:p w:rsidR="00FD6CED" w:rsidRPr="00FD6CED" w:rsidRDefault="00FD6CED" w:rsidP="00FD6CED">
      <w:pPr>
        <w:pStyle w:val="ListParagraph"/>
        <w:numPr>
          <w:ilvl w:val="0"/>
          <w:numId w:val="14"/>
        </w:numPr>
      </w:pPr>
      <w:r w:rsidRPr="00FD6CED">
        <w:t>Research novelty and contribution</w:t>
      </w:r>
    </w:p>
    <w:p w:rsidR="00FD6CED" w:rsidRPr="00FD6CED" w:rsidRDefault="00FD6CED" w:rsidP="00FD6CED">
      <w:pPr>
        <w:pStyle w:val="ListParagraph"/>
        <w:numPr>
          <w:ilvl w:val="0"/>
          <w:numId w:val="14"/>
        </w:numPr>
      </w:pPr>
      <w:r w:rsidRPr="00FD6CED">
        <w:t>Methods, tools, techniques, and software used</w:t>
      </w:r>
    </w:p>
    <w:p w:rsidR="00FD6CED" w:rsidRPr="00FD6CED" w:rsidRDefault="00FD6CED" w:rsidP="00FD6CED">
      <w:pPr>
        <w:pStyle w:val="ListParagraph"/>
        <w:numPr>
          <w:ilvl w:val="0"/>
          <w:numId w:val="14"/>
        </w:numPr>
      </w:pPr>
      <w:r w:rsidRPr="00FD6CED">
        <w:t>Summary of findings and conclusions</w:t>
      </w:r>
    </w:p>
    <w:p w:rsidR="00FD6CED" w:rsidRPr="00FD6CED" w:rsidRDefault="00FD6CED" w:rsidP="00FD6CED">
      <w:r w:rsidRPr="00FD6CED">
        <w:rPr>
          <w:b/>
          <w:bCs/>
        </w:rPr>
        <w:t>Note:</w:t>
      </w:r>
      <w:r w:rsidRPr="00FD6CED">
        <w:t xml:space="preserve"> Avoid including extensive background information, citations, tables, or figures (unless absolutely necessary). Maintain brevity, clarity, and focus throughout.</w:t>
      </w:r>
    </w:p>
    <w:p w:rsidR="00F137F1" w:rsidRPr="005D73B0" w:rsidRDefault="00FD6CED" w:rsidP="005D73B0">
      <w:pPr>
        <w:spacing w:line="480" w:lineRule="auto"/>
        <w:rPr>
          <w:i/>
          <w:lang w:val="en-GB"/>
        </w:rPr>
      </w:pPr>
      <w:r w:rsidRPr="00FD6CED">
        <w:rPr>
          <w:b/>
          <w:i/>
          <w:lang w:val="en-GB"/>
        </w:rPr>
        <w:t>Keywords:</w:t>
      </w:r>
      <w:r w:rsidRPr="00FD6CED">
        <w:rPr>
          <w:i/>
          <w:lang w:val="en-GB"/>
        </w:rPr>
        <w:t xml:space="preserve">  </w:t>
      </w:r>
      <w:r>
        <w:rPr>
          <w:i/>
          <w:lang w:val="en-GB"/>
        </w:rPr>
        <w:t>Abstract t</w:t>
      </w:r>
      <w:r w:rsidRPr="00FD6CED">
        <w:rPr>
          <w:i/>
          <w:lang w:val="en-GB"/>
        </w:rPr>
        <w:t>emplate</w:t>
      </w:r>
      <w:r>
        <w:rPr>
          <w:i/>
          <w:lang w:val="en-GB"/>
        </w:rPr>
        <w:t>;</w:t>
      </w:r>
      <w:r w:rsidRPr="00FD6CED">
        <w:rPr>
          <w:i/>
          <w:lang w:val="en-GB"/>
        </w:rPr>
        <w:t xml:space="preserve"> writing style, abstract</w:t>
      </w:r>
      <w:r>
        <w:rPr>
          <w:i/>
          <w:lang w:val="en-GB"/>
        </w:rPr>
        <w:t xml:space="preserve">; </w:t>
      </w:r>
      <w:proofErr w:type="gramStart"/>
      <w:r w:rsidR="005D73B0">
        <w:rPr>
          <w:i/>
          <w:lang w:val="en-GB"/>
        </w:rPr>
        <w:t>… ;</w:t>
      </w:r>
      <w:proofErr w:type="gramEnd"/>
      <w:r w:rsidR="005D73B0">
        <w:rPr>
          <w:i/>
          <w:lang w:val="en-GB"/>
        </w:rPr>
        <w:t xml:space="preserve"> </w:t>
      </w:r>
      <w:r>
        <w:rPr>
          <w:i/>
          <w:lang w:val="en-GB"/>
        </w:rPr>
        <w:t>academic writing</w:t>
      </w:r>
    </w:p>
    <w:sectPr w:rsidR="00F137F1" w:rsidRPr="005D73B0" w:rsidSect="00FD6CED">
      <w:headerReference w:type="default" r:id="rId8"/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4C42FB" w:rsidRDefault="004C42FB">
      <w:pPr>
        <w:spacing w:after="0" w:line="240" w:lineRule="auto"/>
      </w:pPr>
      <w:r>
        <w:separator/>
      </w:r>
    </w:p>
  </w:endnote>
  <w:endnote w:type="continuationSeparator" w:id="0">
    <w:p w:rsidR="004C42FB" w:rsidRDefault="004C42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DFKai-SB">
    <w:altName w:val="Microsoft YaHei"/>
    <w:charset w:val="88"/>
    <w:family w:val="script"/>
    <w:pitch w:val="fixed"/>
    <w:sig w:usb0="00000003" w:usb1="080E0000" w:usb2="00000016" w:usb3="00000000" w:csb0="0010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327AB2" w:rsidRDefault="00327AB2">
    <w:pPr>
      <w:pStyle w:val="Footer"/>
      <w:jc w:val="center"/>
    </w:pPr>
  </w:p>
  <w:sdt>
    <w:sdtPr>
      <w:id w:val="-195800938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327AB2" w:rsidRDefault="00327AB2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F137F1" w:rsidRDefault="00F137F1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4C42FB" w:rsidRDefault="004C42FB">
      <w:pPr>
        <w:spacing w:after="0" w:line="240" w:lineRule="auto"/>
      </w:pPr>
      <w:r>
        <w:separator/>
      </w:r>
    </w:p>
  </w:footnote>
  <w:footnote w:type="continuationSeparator" w:id="0">
    <w:p w:rsidR="004C42FB" w:rsidRDefault="004C42FB">
      <w:pPr>
        <w:spacing w:after="0" w:line="240" w:lineRule="auto"/>
      </w:pPr>
      <w:r>
        <w:continuationSeparator/>
      </w:r>
    </w:p>
  </w:footnote>
  <w:footnote w:id="1">
    <w:p w:rsidR="00FD6CED" w:rsidRPr="00AA5980" w:rsidRDefault="00FD6CED" w:rsidP="005D73B0">
      <w:pPr>
        <w:spacing w:line="240" w:lineRule="auto"/>
        <w:rPr>
          <w:lang w:eastAsia="zh-TW"/>
        </w:rPr>
      </w:pPr>
      <w:r w:rsidRPr="00AA5980">
        <w:rPr>
          <w:rStyle w:val="FootnoteReference"/>
          <w:sz w:val="16"/>
          <w:szCs w:val="16"/>
        </w:rPr>
        <w:footnoteRef/>
      </w:r>
      <w:r w:rsidR="005D73B0" w:rsidRPr="005D73B0">
        <w:rPr>
          <w:vertAlign w:val="superscript"/>
        </w:rPr>
        <w:t>*</w:t>
      </w:r>
      <w:r w:rsidRPr="00AA5980">
        <w:t xml:space="preserve"> </w:t>
      </w:r>
      <w:r w:rsidRPr="00AA5980">
        <w:rPr>
          <w:lang w:eastAsia="zh-TW"/>
        </w:rPr>
        <w:t>Corresponding author: Full Name, Street Address, City, State</w:t>
      </w:r>
      <w:r>
        <w:rPr>
          <w:lang w:eastAsia="zh-TW"/>
        </w:rPr>
        <w:t xml:space="preserve">, </w:t>
      </w:r>
      <w:r w:rsidRPr="00AA5980">
        <w:rPr>
          <w:lang w:eastAsia="zh-TW"/>
        </w:rPr>
        <w:t>Prefecture, Postal Code, Country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FD6CED" w:rsidRPr="00FD6CED" w:rsidRDefault="00FD6CED" w:rsidP="00FC5BD1">
    <w:pPr>
      <w:tabs>
        <w:tab w:val="center" w:pos="4153"/>
        <w:tab w:val="right" w:pos="8306"/>
      </w:tabs>
      <w:wordWrap w:val="0"/>
      <w:spacing w:after="0" w:line="240" w:lineRule="auto"/>
      <w:jc w:val="right"/>
      <w:rPr>
        <w:rFonts w:ascii="Times New Roman" w:eastAsia="DFKai-SB" w:hAnsi="Times New Roman" w:cs="Times New Roman"/>
        <w:bCs/>
        <w:i/>
        <w:iCs/>
        <w:kern w:val="2"/>
        <w:sz w:val="16"/>
        <w:szCs w:val="16"/>
        <w:lang w:val="en-GB"/>
      </w:rPr>
    </w:pPr>
    <w:r w:rsidRPr="00FD6CED">
      <w:rPr>
        <w:rFonts w:ascii="Times New Roman" w:eastAsia="DFKai-SB" w:hAnsi="Times New Roman" w:cs="Times New Roman"/>
        <w:bCs/>
        <w:i/>
        <w:iCs/>
        <w:kern w:val="2"/>
        <w:sz w:val="16"/>
        <w:szCs w:val="16"/>
        <w:lang w:val="en-GB"/>
      </w:rPr>
      <w:t>International Conference on</w:t>
    </w:r>
  </w:p>
  <w:p w:rsidR="00FD6CED" w:rsidRDefault="00FD6CED" w:rsidP="00FC5BD1">
    <w:pPr>
      <w:tabs>
        <w:tab w:val="center" w:pos="4153"/>
        <w:tab w:val="right" w:pos="8306"/>
      </w:tabs>
      <w:wordWrap w:val="0"/>
      <w:spacing w:after="0" w:line="240" w:lineRule="auto"/>
      <w:jc w:val="right"/>
      <w:rPr>
        <w:rFonts w:ascii="Times New Roman" w:eastAsia="DFKai-SB" w:hAnsi="Times New Roman" w:cs="Times New Roman"/>
        <w:bCs/>
        <w:i/>
        <w:iCs/>
        <w:kern w:val="2"/>
        <w:sz w:val="16"/>
        <w:szCs w:val="16"/>
        <w:lang w:val="en-GB"/>
      </w:rPr>
    </w:pPr>
    <w:r w:rsidRPr="00FD6CED">
      <w:rPr>
        <w:rFonts w:ascii="Times New Roman" w:eastAsia="DFKai-SB" w:hAnsi="Times New Roman" w:cs="Times New Roman"/>
        <w:bCs/>
        <w:i/>
        <w:iCs/>
        <w:kern w:val="2"/>
        <w:sz w:val="16"/>
        <w:szCs w:val="16"/>
        <w:lang w:val="en-GB"/>
      </w:rPr>
      <w:t>Sustainable Innovations and Partnerships</w:t>
    </w:r>
    <w:r>
      <w:rPr>
        <w:rFonts w:ascii="Times New Roman" w:eastAsia="DFKai-SB" w:hAnsi="Times New Roman" w:cs="Times New Roman"/>
        <w:bCs/>
        <w:i/>
        <w:iCs/>
        <w:kern w:val="2"/>
        <w:sz w:val="16"/>
        <w:szCs w:val="16"/>
        <w:lang w:val="en-GB"/>
      </w:rPr>
      <w:t xml:space="preserve"> (SIP2026)</w:t>
    </w:r>
  </w:p>
  <w:p w:rsidR="00851E23" w:rsidRDefault="00FD6CED" w:rsidP="00FC5BD1">
    <w:pPr>
      <w:tabs>
        <w:tab w:val="center" w:pos="4153"/>
        <w:tab w:val="right" w:pos="8306"/>
      </w:tabs>
      <w:wordWrap w:val="0"/>
      <w:spacing w:after="0" w:line="240" w:lineRule="auto"/>
      <w:jc w:val="right"/>
      <w:rPr>
        <w:rFonts w:ascii="Times New Roman" w:eastAsia="Batang" w:hAnsi="Times New Roman" w:cs="Times New Roman"/>
        <w:sz w:val="16"/>
        <w:szCs w:val="16"/>
        <w:lang w:val="en-GB"/>
      </w:rPr>
    </w:pPr>
    <w:r>
      <w:rPr>
        <w:rFonts w:ascii="Times New Roman" w:eastAsia="DFKai-SB" w:hAnsi="Times New Roman" w:cs="Times New Roman"/>
        <w:bCs/>
        <w:i/>
        <w:iCs/>
        <w:kern w:val="2"/>
        <w:sz w:val="16"/>
        <w:szCs w:val="16"/>
        <w:lang w:val="en-GB" w:eastAsia="zh-TW"/>
      </w:rPr>
      <w:t>April</w:t>
    </w:r>
    <w:r w:rsidRPr="00FD6CED">
      <w:rPr>
        <w:rFonts w:ascii="Times New Roman" w:eastAsia="DFKai-SB" w:hAnsi="Times New Roman" w:cs="Times New Roman"/>
        <w:bCs/>
        <w:i/>
        <w:iCs/>
        <w:kern w:val="2"/>
        <w:sz w:val="16"/>
        <w:szCs w:val="16"/>
        <w:lang w:val="en-GB"/>
      </w:rPr>
      <w:t xml:space="preserve"> </w:t>
    </w:r>
    <w:r>
      <w:rPr>
        <w:rFonts w:ascii="Times New Roman" w:eastAsia="DFKai-SB" w:hAnsi="Times New Roman" w:cs="Times New Roman"/>
        <w:bCs/>
        <w:i/>
        <w:iCs/>
        <w:kern w:val="2"/>
        <w:sz w:val="16"/>
        <w:szCs w:val="16"/>
        <w:lang w:val="en-GB" w:eastAsia="zh-TW"/>
      </w:rPr>
      <w:t>16-17</w:t>
    </w:r>
    <w:r w:rsidRPr="00FD6CED">
      <w:rPr>
        <w:rFonts w:ascii="Times New Roman" w:eastAsia="DFKai-SB" w:hAnsi="Times New Roman" w:cs="Times New Roman"/>
        <w:bCs/>
        <w:i/>
        <w:iCs/>
        <w:kern w:val="2"/>
        <w:sz w:val="16"/>
        <w:szCs w:val="16"/>
        <w:lang w:val="en-GB"/>
      </w:rPr>
      <w:t>, 20</w:t>
    </w:r>
    <w:r w:rsidRPr="00FD6CED">
      <w:rPr>
        <w:rFonts w:ascii="Times New Roman" w:eastAsia="DFKai-SB" w:hAnsi="Times New Roman" w:cs="Times New Roman"/>
        <w:bCs/>
        <w:i/>
        <w:iCs/>
        <w:kern w:val="2"/>
        <w:sz w:val="16"/>
        <w:szCs w:val="16"/>
        <w:lang w:val="en-GB" w:eastAsia="zh-TW"/>
      </w:rPr>
      <w:t>2</w:t>
    </w:r>
    <w:r>
      <w:rPr>
        <w:rFonts w:ascii="Times New Roman" w:eastAsia="DFKai-SB" w:hAnsi="Times New Roman" w:cs="Times New Roman"/>
        <w:bCs/>
        <w:i/>
        <w:iCs/>
        <w:kern w:val="2"/>
        <w:sz w:val="16"/>
        <w:szCs w:val="16"/>
        <w:lang w:val="en-GB" w:eastAsia="zh-TW"/>
      </w:rPr>
      <w:t>6</w:t>
    </w:r>
    <w:r w:rsidRPr="00FD6CED">
      <w:rPr>
        <w:rFonts w:ascii="Times New Roman" w:eastAsia="DFKai-SB" w:hAnsi="Times New Roman" w:cs="Times New Roman"/>
        <w:bCs/>
        <w:i/>
        <w:iCs/>
        <w:kern w:val="2"/>
        <w:sz w:val="16"/>
        <w:szCs w:val="16"/>
        <w:lang w:val="en-GB" w:eastAsia="zh-TW"/>
      </w:rPr>
      <w:t xml:space="preserve">, </w:t>
    </w:r>
    <w:r>
      <w:rPr>
        <w:rFonts w:ascii="Times New Roman" w:eastAsia="DFKai-SB" w:hAnsi="Times New Roman" w:cs="Times New Roman"/>
        <w:bCs/>
        <w:i/>
        <w:iCs/>
        <w:kern w:val="2"/>
        <w:sz w:val="16"/>
        <w:szCs w:val="16"/>
        <w:lang w:val="en-GB" w:eastAsia="zh-TW"/>
      </w:rPr>
      <w:t>Vancouver</w:t>
    </w:r>
    <w:r w:rsidRPr="00FD6CED">
      <w:rPr>
        <w:rFonts w:ascii="Times New Roman" w:eastAsia="DFKai-SB" w:hAnsi="Times New Roman" w:cs="Times New Roman"/>
        <w:bCs/>
        <w:i/>
        <w:iCs/>
        <w:kern w:val="2"/>
        <w:sz w:val="16"/>
        <w:szCs w:val="16"/>
        <w:lang w:val="en-GB" w:eastAsia="zh-TW"/>
      </w:rPr>
      <w:t xml:space="preserve">, </w:t>
    </w:r>
    <w:r>
      <w:rPr>
        <w:rFonts w:ascii="Times New Roman" w:eastAsia="DFKai-SB" w:hAnsi="Times New Roman" w:cs="Times New Roman"/>
        <w:bCs/>
        <w:i/>
        <w:iCs/>
        <w:kern w:val="2"/>
        <w:sz w:val="16"/>
        <w:szCs w:val="16"/>
        <w:lang w:val="en-GB" w:eastAsia="zh-TW"/>
      </w:rPr>
      <w:t>Canada</w:t>
    </w:r>
  </w:p>
  <w:p w:rsidR="00FD6CED" w:rsidRDefault="00FD6CED" w:rsidP="00FD6CED">
    <w:pPr>
      <w:tabs>
        <w:tab w:val="center" w:pos="4153"/>
        <w:tab w:val="right" w:pos="8306"/>
      </w:tabs>
      <w:wordWrap w:val="0"/>
      <w:spacing w:after="0"/>
      <w:jc w:val="right"/>
      <w:rPr>
        <w:rFonts w:ascii="Times New Roman" w:eastAsia="Batang" w:hAnsi="Times New Roman" w:cs="Times New Roman"/>
        <w:sz w:val="16"/>
        <w:szCs w:val="16"/>
        <w:lang w:val="en-GB"/>
      </w:rPr>
    </w:pPr>
  </w:p>
  <w:p w:rsidR="00FD6CED" w:rsidRPr="00FD6CED" w:rsidRDefault="00FD6CED" w:rsidP="00FD6CED">
    <w:pPr>
      <w:tabs>
        <w:tab w:val="center" w:pos="4153"/>
        <w:tab w:val="right" w:pos="8306"/>
      </w:tabs>
      <w:wordWrap w:val="0"/>
      <w:spacing w:after="0"/>
      <w:jc w:val="right"/>
      <w:rPr>
        <w:rFonts w:ascii="Times New Roman" w:eastAsia="Batang" w:hAnsi="Times New Roman" w:cs="Times New Roman"/>
        <w:sz w:val="16"/>
        <w:szCs w:val="16"/>
        <w:lang w:val="en-GB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19B6101C"/>
    <w:multiLevelType w:val="multilevel"/>
    <w:tmpl w:val="8A8457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DEA33EA"/>
    <w:multiLevelType w:val="hybridMultilevel"/>
    <w:tmpl w:val="8A127CF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F5755BE"/>
    <w:multiLevelType w:val="hybridMultilevel"/>
    <w:tmpl w:val="3CE470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AA20C2D"/>
    <w:multiLevelType w:val="multilevel"/>
    <w:tmpl w:val="79DC74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3DB5817"/>
    <w:multiLevelType w:val="hybridMultilevel"/>
    <w:tmpl w:val="6680A4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15408371">
    <w:abstractNumId w:val="8"/>
  </w:num>
  <w:num w:numId="2" w16cid:durableId="1483498623">
    <w:abstractNumId w:val="6"/>
  </w:num>
  <w:num w:numId="3" w16cid:durableId="562645289">
    <w:abstractNumId w:val="5"/>
  </w:num>
  <w:num w:numId="4" w16cid:durableId="95635764">
    <w:abstractNumId w:val="4"/>
  </w:num>
  <w:num w:numId="5" w16cid:durableId="1350260119">
    <w:abstractNumId w:val="7"/>
  </w:num>
  <w:num w:numId="6" w16cid:durableId="445320454">
    <w:abstractNumId w:val="3"/>
  </w:num>
  <w:num w:numId="7" w16cid:durableId="598677124">
    <w:abstractNumId w:val="2"/>
  </w:num>
  <w:num w:numId="8" w16cid:durableId="851455617">
    <w:abstractNumId w:val="1"/>
  </w:num>
  <w:num w:numId="9" w16cid:durableId="525873897">
    <w:abstractNumId w:val="0"/>
  </w:num>
  <w:num w:numId="10" w16cid:durableId="2023045292">
    <w:abstractNumId w:val="10"/>
  </w:num>
  <w:num w:numId="11" w16cid:durableId="1290547994">
    <w:abstractNumId w:val="9"/>
  </w:num>
  <w:num w:numId="12" w16cid:durableId="1229606788">
    <w:abstractNumId w:val="11"/>
  </w:num>
  <w:num w:numId="13" w16cid:durableId="1331445520">
    <w:abstractNumId w:val="12"/>
  </w:num>
  <w:num w:numId="14" w16cid:durableId="33996702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436C7"/>
    <w:rsid w:val="0015074B"/>
    <w:rsid w:val="0029639D"/>
    <w:rsid w:val="00326F90"/>
    <w:rsid w:val="00327AB2"/>
    <w:rsid w:val="003C701E"/>
    <w:rsid w:val="004C42FB"/>
    <w:rsid w:val="00501C40"/>
    <w:rsid w:val="005604BE"/>
    <w:rsid w:val="005D73B0"/>
    <w:rsid w:val="007D0951"/>
    <w:rsid w:val="00800C46"/>
    <w:rsid w:val="00851E23"/>
    <w:rsid w:val="00AA1D8D"/>
    <w:rsid w:val="00B23528"/>
    <w:rsid w:val="00B47730"/>
    <w:rsid w:val="00CB0664"/>
    <w:rsid w:val="00F137F1"/>
    <w:rsid w:val="00FC5BD1"/>
    <w:rsid w:val="00FC693F"/>
    <w:rsid w:val="00FD6C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6502EE3"/>
  <w14:defaultImageDpi w14:val="300"/>
  <w15:docId w15:val="{73A2AA0A-7D4F-46DA-BBEB-63F15A7C29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6CED"/>
    <w:pPr>
      <w:spacing w:line="360" w:lineRule="auto"/>
    </w:pPr>
    <w:rPr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5604BE"/>
  </w:style>
  <w:style w:type="paragraph" w:styleId="FootnoteText">
    <w:name w:val="footnote text"/>
    <w:basedOn w:val="Normal"/>
    <w:link w:val="FootnoteTextChar"/>
    <w:uiPriority w:val="99"/>
    <w:semiHidden/>
    <w:unhideWhenUsed/>
    <w:rsid w:val="00FD6CED"/>
    <w:pPr>
      <w:spacing w:after="0" w:line="240" w:lineRule="auto"/>
    </w:pPr>
    <w:rPr>
      <w:rFonts w:asciiTheme="majorBidi" w:eastAsiaTheme="minorHAnsi" w:hAnsiTheme="majorBidi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D6CED"/>
    <w:rPr>
      <w:rFonts w:asciiTheme="majorBidi" w:eastAsiaTheme="minorHAnsi" w:hAnsiTheme="majorBidi"/>
      <w:sz w:val="20"/>
      <w:szCs w:val="20"/>
    </w:rPr>
  </w:style>
  <w:style w:type="character" w:styleId="FootnoteReference">
    <w:name w:val="footnote reference"/>
    <w:semiHidden/>
    <w:rsid w:val="00FD6CE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137</Words>
  <Characters>784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920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SIP2025</dc:creator>
  <cp:keywords/>
  <dc:description>generated by python-docx</dc:description>
  <cp:lastModifiedBy>Admin Admin</cp:lastModifiedBy>
  <cp:revision>4</cp:revision>
  <dcterms:created xsi:type="dcterms:W3CDTF">2025-10-08T02:17:00Z</dcterms:created>
  <dcterms:modified xsi:type="dcterms:W3CDTF">2025-10-08T02:30:00Z</dcterms:modified>
  <cp:category/>
</cp:coreProperties>
</file>